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אוהבים לקרוא – דפי עבודה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אוהבים לקרוא: טקסטים מידעיים וסיפורי ערכים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של טקסט מידעי, טקסט תהליך, טקסט טיעוני וסיפור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ברמות שונות בהתאם לגיל וליכולת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הסקת מסקנות, זיהוי מסר סמוי וכתיבת דעה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אוצר מילים ומבנה כתיבה לפי סוג הטקסט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טקסט מידעי: כדורגל וחתולים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שפמים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טקסט מידעי: כדורגל וחתולים – עוד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השוער רשאי לגעת בכדור בידיים, ורק בתוך אזור השער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מידע ידוע על בנית הגוף של חתולים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טקסט מידעי: כדורגל וחתולים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טקסט מידעי: כדורגל וחתולים – 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(מציגה את נושא הטקסט במילים מעטות)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(מחלקת את הטקסט לנושאים קטנים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(מציגה את הנושא הכללי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(מביאה עובדות ונתונים על הנושא)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טקסט תהליך: מפרי הקקאו ועד השוקולד – מה זוכרים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עץ הקקאו זקוק לאקלים חם ולח כדי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החומר שממנו מכינים את השוקולד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לפני הייבוש עוברים הגרעינים תהליך תסיסה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השלב שהופך את הקקאו למוצר המתוק שאנחנו אוכלים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טקסט תהליך: מפרי הקקאו ועד השוקולד – סדר השלבים בתהליך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קוטפים את פירות הקקאו מהעץ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מתוך הפרי את גרעיני הקקאו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משהים את הגרעינים בתהליך תסיסה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מייבשים את הגרעינים בשמש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קולים את הגרעינים בחום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טוחנים את הגרעינים ומוסיפים סוכר וחלב ליצירת שוקולד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טקסט תהליך: מפרי הקקאו ועד השוקולד – כתיבה עם מילים מקשרות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לאחר מכן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בשלב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טקסט מידעי-היסטורי: הסיפור של החללית שחזרה הביתה – הבנה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מידעי-היסטורי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חללית אמיתית שחזרה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מרכז הבקרה בקרקע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טקסט מידעי-היסטורי: הסיפור של החללית שחזרה הביתה – עובדות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מוצג כסיפור אמיתי על חללית שחזרה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המשפט המפורסם שמסמן את תחילת הבעיה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הבעיה היא חלק מרכזי בעלילת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טקסט מידעי-היסטורי: הסיפור של החללית שחזרה הביתה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אסטרונאוטים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טקסט מידעי-היסטורי: הסיפור של החללית שחזרה הביתה – רצף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החללית משוגרת לחלל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מתגלה תקלה בחללית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הצוות שולח הודעה למרכז הבקרה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הצוות בקרקע מחפש פתרון לבעיה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החללית חוזרת בשלום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טקסט מידעי-טיעוני: משחקי מחשב, יתרונות וחסרונות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להציג עובדות ולשכנע בדעה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בזבוז זמן רב מול המסך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טקסט מידעי-טיעוני: משחקי מחשב, יתרונות וחסרונות – הבנה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מציג זאת כיתרון של משחקי המחשב.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מציג גם יתרונות וגם חסרונות, ולא קורא לאיסור מוחלט.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טקסט מידעי-טיעוני: משחקי מחשב, יתרונות וחסרונות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טקסט מידעי-טיעוני: משחקי מחשב, יתרונות וחסרונות – זיהוי יתרונות, חסרונות וטענות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(שיפור ריכוז ומהירות תגובה)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(פחות פעילות גופנית)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(לא לשתף פרטים אישיים)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(יש לשחק במידה ובפיקוח)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סיפורי ערכים: המסר הסמוי – היכרות עם מסר סמוי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המסר הסמוי מובן מתוך מעשי הדמויות ומהלך העלילה, לא נאמר במילים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מסר סמוי מוסקים מהעלילה ומהתנהגות הדמויות, לא מהצהרה ישירה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עזרה לחבר בעת צרה היא ביטוי מובהק לערך החברות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סיפורי ערכים: המסר הסמוי – זיהוי ערכים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סיפורי ערכים: המסר הסמוי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לשים לב למעשי הדמויות ולתוצאות 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חברות אמיתית שורדת גם אחרי ריב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סיפורי ערכים: המסר הסמוי – התאמת ערכים לדוגמאות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(עזרה לחבר בזמן 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(הודאה בטעות ותיקון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(עמידה מול מצב 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(התחשבות ברגשות של 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זיהוי סוגי טקסט והשוואה ביניהם – היכרות עם סוגי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למסור מידע עובדתי על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שלבים בסדר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להציג יתרונות וחסרונות ולעזור להכריע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להעביר מסר או ערך דרך עלילה ודמויות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מציין/ת שטקסט מידעי נותן עובדות וטקסט תהליך מראה שלבים בסדר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מנסח/ת רעיון מרכזי מהסיפור ולא רק מעתיק/ה משפט מתוכו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כותב/ת משפט דעה עם נימוק אחד לפחות, מבוסס על מידע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שיעור, ולסיים כל פרק בדיון קצר בכיתה על סוג הטקסט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ברמה המותאמת של כל נושא ולצמצם את מספר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משימת כתיבה עצמאית בעקבות הטקסט, כמו כתיבת פסקת מידע נוספת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לשמור את פרק הסיכום לסוף החוברת כדי לבדוק הבנה כוללת של כל סוגי הטקסטים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אוהבים לקרוא – דפי עבודה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אוהבים לקרוא: טקסטים מידעיים וסיפורי ערכים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תמצאו תרגולים על כל סוגי הטקסטים שלמדתם – טקסט מידעי, טקסט תהליך, טקסט טיעוני וסיפורי ערכים. עבדו פרק אחר פרק, קראו כל טקסט בעיון ורק אז ענו על המשימות.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טקסט מידעי: כדורגל וחתולים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משחקים בכל קבוצה במשחק כדורגל (לא כולל חילופים)?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איבר בגוף עוזר לחתולים לחוש את הסביבה גם בחושך?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זנב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טקסט מידעי: כדורגל וחתולים – עוד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בכדורגל מותר לכל השחקנים לגעת בכדור בידיים בכל מקום על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לחתולים יש ציפורניים נשלפות שעוזרות להם לטפס ולצוד.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טקסט מידעי: כדורגל וחתולים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מטרת המשחק בכדורגל היא להכניס את ה__________ לשער היריב.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חתולים ישנים חלק גדול מאוד מה__________ שלהם.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טקסט מידעי: כדורגל וחתולים – 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מחלקת את הטקסט לנושאים קטנים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כותרת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מציגה את נושא הטקסט במילים מעטות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פסקת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מביאה עובדות ונתונים על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פסקת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מציגה את הנושא הכללי של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טקסט תהליך: מפרי הקקאו ועד השוקולד – מה זוכרים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הקקאו גדל באזורים טרופיים וחמים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בתוך פרי הקקאו נמצאים גרעינים שנקראים פולי קקאו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 לאחר הקטיף מייבשים את הגרעינים בשמש בלי שום תהליך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מוסיפים לעיסת הקקאו סוכר וחלב ויוצרים שוקולד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טקסט תהליך: מפרי הקקאו ועד השוקולד – סדר השלבים בתהליך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מתוך הפרי את גרעיני הקקאו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טוחנים את הגרעינים ומוסיפים סוכר וחלב ליצירת שוקולד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קולים את הגרעינים בחום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קוטפים את פירות הקקאו מהעץ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מייבשים את הגרעינים בשמש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משהים את הגרעינים בתהליך תסיסה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טקסט תהליך: מפרי הקקאו ועד השוקולד – כתיבה עם מילים מקשרות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קוטפים את פירות הקקאו מהעץ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לאחר הוצאת הגרעינים מהפרי, __________ משהים אותם בתהליך תסיסה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מייבשים את הגרעינים בשמש במשך כמה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טוחנים את הגרעינים הקלויים ומוסיפים סוכר וחלב כדי ליצור שוקולד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טקסט מידעי-היסטורי: הסיפור של החללית שחזרה הביתה – הבנה ראשונית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סוג הטקסט שקראנו?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מידעי-היסטורי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מתכון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הסיפור מספר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חללית אמיתית שחזרה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ספינת דייגים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טיסה לירח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מקבל את ההודעה כש אומרים 'יוסטון, יש לנו בעיה'?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מרכז הבקרה בקרקע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הורי האסטרונאוטים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טייס מטוס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טקסט מידעי-היסטורי: הסיפור של החללית שחזרה הביתה – עובדות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מתאר אירוע אמיתי שקרה בחלל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'יוסטון, יש לנו בעיה' נאמר כשהתגלתה תקלה בחללית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לא הייתה שום בעיה או תקלה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טקסט מידעי-היסטורי: הסיפור של החללית שחזרה הביתה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הצוות בחללית שלח הודעה למרכז הבקרה כי התגלתה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האנשים שטסים בחללית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טקסט מידעי-היסטורי: הסיפור של החללית שחזרה הביתה – רצף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שולח הודעה למרכז הבקרה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הצוות בקרקע מחפש פתרון לבעיה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החללית חוזרת בשלום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החללית משוגרת לחלל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מתגלה תקלה בחללית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טקסט מידעי-טיעוני: משחקי מחשב, יתרונות וחסרונות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מטרתו של טקסט מידעי-טיעוני?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להציג עובדות ולשכנע בדעה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תהליך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חיסרון שהטקסט מזכיר במשחקי 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שיפור קשב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בזבוז זמן רב מול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שיפור 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חיזוק שרירים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טקסט מידעי-טיעוני: משחקי מחשב, יתרונות וחסרונות – הבנה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 מחשב יכולים לשפר מהירות תגובה וחשיבה אסטרטגית.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שאסור בשום אופן לשחק במשחקי מחשב.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טקסט מידעי-טיעוני: משחקי מחשב, יתרונות וחסרונות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אחד מכללי הבטיחות ברשת הוא לא למסור __________ אישיים לאנשים זרים.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טקסט מידעי-טיעוני: משחקי מחשב, יתרונות וחסרונות – זיהוי יתרונות, חסרונות וטענות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לשתף פרטים אישיים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חיסרון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שיפור ריכוז ומהירות תגובה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כלל בטיחות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לשחק במידה ובפיקוח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טענת הכותב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פחות פעילות גופנית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סיפורי ערכים: המסר הסמוי – היכרות עם מסר סמוי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מסר סמוי הוא רעיון שהסיפור מעביר בלי לומר אותו במפורש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להבין מסר סמוי רק אם הכותב כותב אותו במפורש בסוף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של חברות יכול לבוא לידי ביטוי כשדמות עוזרת לחברה בזמן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סיפורי ערכים: המסר הסמוי – זיהוי ערכים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ילד מודה בטעות שעשה ומתקן אותה, הוא מפגין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חבר עוזר לחבר אחר בזמן קושי, זהו ביטוי לערך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סיפורי ערכים: המסר הסמוי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הדרך הטובה ביותר לגלות את המסר הסמוי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רק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 למעשי הדמויות ולתוצאות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לספור כמה מילים יש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דמות שמתחרטת על מעשה ומתקנת אותו בסוף הסיפור, באיזה ערך זה קשור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שני חברים רבים ואז מתפייסים ועוזרים זה לזה שוב. מה המסר הסמוי האפשרי?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חברות אמיתית שורדת גם אחרי 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לריב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חברים צריכים תמיד להסכים על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 מסיים חברות לנצח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סיפורי ערכים: המסר הסמוי – התאמת ערכים לדוגמאות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עמידה מול מצב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התחשבות ברגשות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עזרה לחבר בזמן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הודאה בטעות ותיקון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סיכום: זיהוי סוגי טקסט והשוואה ביניהם – היכרות עם סוגי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העיקרית של טקסט מידעי, כמו הדף על כדורגל או על חתולים?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למסור מידע עובדתי על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סיפור עם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את הקורא בדעה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להסביר שלבים בהכנת מאכל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המטרה העיקרית של טקסט תהליך, כמו הדף על הכנת שוקולד?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דמות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שלבים בסדר כרונולוגי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יתרונות וחסרונות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להעביר מסר מוסרי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המטרה העיקרית של טקסט מידעי-טיעוני, כמו הדף על משחקי 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תהליך בשלבים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עלילה מלאת תפניות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יתרונות וחסרונות ולעזור להכריע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למסור רק עובדות יבשות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המטרה העיקרית של סיפור ערכים, כמו הדף 'המסר הסמוי'?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להעביר מסר או ערך דרך עלילה ודמויות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הוראות הכנה שלב אחר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טבלת נתונים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לשכנע בעמדה אחת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להסביר מה ההבדל בין טקסט מידעי לטקסט 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למצוא מסר סמוי בסיפור ולהסביר אותו במילים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לכתוב דעה מנומקת על נושא מתוך אחד הטקסטים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אוהבים לקרוא: טקסטים מידעיים וסיפורי ערכים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